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8D8FD9" w14:textId="77777777" w:rsidR="0041365B" w:rsidRPr="005035CC" w:rsidRDefault="00000000">
      <w:pPr>
        <w:pStyle w:val="Nagwek1"/>
        <w:rPr>
          <w:lang w:val="pl-PL"/>
        </w:rPr>
      </w:pPr>
      <w:proofErr w:type="spellStart"/>
      <w:r w:rsidRPr="005035CC">
        <w:rPr>
          <w:lang w:val="pl-PL"/>
        </w:rPr>
        <w:t>Checklista</w:t>
      </w:r>
      <w:proofErr w:type="spellEnd"/>
      <w:r w:rsidRPr="005035CC">
        <w:rPr>
          <w:lang w:val="pl-PL"/>
        </w:rPr>
        <w:t xml:space="preserve"> dla wnioskodawcy – nabór 6/2025 „Start GA”</w:t>
      </w:r>
    </w:p>
    <w:p w14:paraId="09D42458" w14:textId="77777777" w:rsidR="0041365B" w:rsidRPr="005035CC" w:rsidRDefault="00000000">
      <w:pPr>
        <w:rPr>
          <w:lang w:val="pl-PL"/>
        </w:rPr>
      </w:pPr>
      <w:r w:rsidRPr="005035CC">
        <w:rPr>
          <w:lang w:val="pl-PL"/>
        </w:rPr>
        <w:t>Tworzenie gospodarstw agroturystycznych – Stowarzyszenie „Suwalsko‑Sejneńska” LGD</w:t>
      </w:r>
    </w:p>
    <w:p w14:paraId="2A82F366" w14:textId="77777777" w:rsidR="0041365B" w:rsidRPr="005035CC" w:rsidRDefault="00000000">
      <w:pPr>
        <w:rPr>
          <w:lang w:val="pl-PL"/>
        </w:rPr>
      </w:pPr>
      <w:r w:rsidRPr="005035CC">
        <w:rPr>
          <w:lang w:val="pl-PL"/>
        </w:rPr>
        <w:t xml:space="preserve">Cel: ułatwienie kompletacji dokumentów i samokontroli zgodności wniosku </w:t>
      </w:r>
      <w:proofErr w:type="spellStart"/>
      <w:r w:rsidRPr="005035CC">
        <w:rPr>
          <w:lang w:val="pl-PL"/>
        </w:rPr>
        <w:t>WoPP</w:t>
      </w:r>
      <w:proofErr w:type="spellEnd"/>
      <w:r w:rsidRPr="005035CC">
        <w:rPr>
          <w:lang w:val="pl-PL"/>
        </w:rPr>
        <w:br/>
      </w:r>
    </w:p>
    <w:p w14:paraId="7CC06911" w14:textId="77777777" w:rsidR="0041365B" w:rsidRPr="005035CC" w:rsidRDefault="00000000">
      <w:pPr>
        <w:pStyle w:val="Nagwek2"/>
        <w:rPr>
          <w:lang w:val="pl-PL"/>
        </w:rPr>
      </w:pPr>
      <w:r w:rsidRPr="005035CC">
        <w:rPr>
          <w:lang w:val="pl-PL"/>
        </w:rPr>
        <w:t>1</w:t>
      </w:r>
      <w:r>
        <w:t>️</w:t>
      </w:r>
      <w:r w:rsidRPr="005035CC">
        <w:rPr>
          <w:lang w:val="pl-PL"/>
        </w:rPr>
        <w:t>⃣ Weryfikacja uprawnień (warunki podmiotowe)</w:t>
      </w:r>
    </w:p>
    <w:p w14:paraId="7C8BA948" w14:textId="77777777" w:rsidR="0041365B" w:rsidRPr="005035CC" w:rsidRDefault="00000000">
      <w:pPr>
        <w:rPr>
          <w:lang w:val="pl-PL"/>
        </w:rPr>
      </w:pPr>
      <w:r w:rsidRPr="005035CC">
        <w:rPr>
          <w:lang w:val="pl-PL"/>
        </w:rPr>
        <w:t>☐ Jestem osobą fizyczną, pełnoletnią (18+).</w:t>
      </w:r>
    </w:p>
    <w:p w14:paraId="14EA35F5" w14:textId="77777777" w:rsidR="0041365B" w:rsidRPr="005035CC" w:rsidRDefault="00000000">
      <w:pPr>
        <w:rPr>
          <w:lang w:val="pl-PL"/>
        </w:rPr>
      </w:pPr>
      <w:r w:rsidRPr="005035CC">
        <w:rPr>
          <w:lang w:val="pl-PL"/>
        </w:rPr>
        <w:t>☐ Posiadam numer EP w ewidencji producentów (ARiMR).</w:t>
      </w:r>
    </w:p>
    <w:p w14:paraId="7824A2C9" w14:textId="77777777" w:rsidR="0041365B" w:rsidRPr="005035CC" w:rsidRDefault="00000000">
      <w:pPr>
        <w:rPr>
          <w:lang w:val="pl-PL"/>
        </w:rPr>
      </w:pPr>
      <w:r w:rsidRPr="005035CC">
        <w:rPr>
          <w:lang w:val="pl-PL"/>
        </w:rPr>
        <w:t>☐ Mieszkam na obszarze LSR SS-LGD od co najmniej 12 miesięcy – mam zaświadczenie o zameldowaniu.</w:t>
      </w:r>
    </w:p>
    <w:p w14:paraId="3085EE5C" w14:textId="77777777" w:rsidR="0041365B" w:rsidRPr="005035CC" w:rsidRDefault="00000000">
      <w:pPr>
        <w:rPr>
          <w:lang w:val="pl-PL"/>
        </w:rPr>
      </w:pPr>
      <w:r w:rsidRPr="005035CC">
        <w:rPr>
          <w:lang w:val="pl-PL"/>
        </w:rPr>
        <w:t>☐ Jestem rolnikiem / małżonkiem / domownikiem rolnika z gospodarstwa &lt;12,82 ha.</w:t>
      </w:r>
    </w:p>
    <w:p w14:paraId="1D160449" w14:textId="77777777" w:rsidR="0041365B" w:rsidRPr="005035CC" w:rsidRDefault="00000000">
      <w:pPr>
        <w:rPr>
          <w:lang w:val="pl-PL"/>
        </w:rPr>
      </w:pPr>
      <w:r w:rsidRPr="005035CC">
        <w:rPr>
          <w:lang w:val="pl-PL"/>
        </w:rPr>
        <w:t>☐ Nie prowadzę działalności krótkotrwałego wynajmu pokoi.</w:t>
      </w:r>
    </w:p>
    <w:p w14:paraId="70AF1538" w14:textId="77777777" w:rsidR="0041365B" w:rsidRPr="005035CC" w:rsidRDefault="00000000">
      <w:pPr>
        <w:rPr>
          <w:lang w:val="pl-PL"/>
        </w:rPr>
      </w:pPr>
      <w:r w:rsidRPr="005035CC">
        <w:rPr>
          <w:lang w:val="pl-PL"/>
        </w:rPr>
        <w:t>☐ Nie korzystałem wcześniej z pomocy w ramach Start GA/GO/ZE ani Rozwój GA/GO/ZE.</w:t>
      </w:r>
    </w:p>
    <w:p w14:paraId="07CE0819" w14:textId="77777777" w:rsidR="0041365B" w:rsidRPr="005035CC" w:rsidRDefault="00000000">
      <w:pPr>
        <w:rPr>
          <w:lang w:val="pl-PL"/>
        </w:rPr>
      </w:pPr>
      <w:r w:rsidRPr="005035CC">
        <w:rPr>
          <w:lang w:val="pl-PL"/>
        </w:rPr>
        <w:t>☐ Nie mam zakazu dostępu do środków publicznych (ustawa o FP).</w:t>
      </w:r>
    </w:p>
    <w:p w14:paraId="06195937" w14:textId="77777777" w:rsidR="0041365B" w:rsidRPr="005035CC" w:rsidRDefault="00000000">
      <w:pPr>
        <w:rPr>
          <w:lang w:val="pl-PL"/>
        </w:rPr>
      </w:pPr>
      <w:r w:rsidRPr="005035CC">
        <w:rPr>
          <w:lang w:val="pl-PL"/>
        </w:rPr>
        <w:t>☐ Nie tworzę sztucznych warunków do uzyskania pomocy.</w:t>
      </w:r>
    </w:p>
    <w:p w14:paraId="158033F4" w14:textId="77777777" w:rsidR="0041365B" w:rsidRPr="005035CC" w:rsidRDefault="00000000">
      <w:pPr>
        <w:rPr>
          <w:lang w:val="pl-PL"/>
        </w:rPr>
      </w:pPr>
      <w:r w:rsidRPr="005035CC">
        <w:rPr>
          <w:lang w:val="pl-PL"/>
        </w:rPr>
        <w:t>☐ Nie toczy się wobec mnie postępowanie o zwrot środków ani postępowanie karne.</w:t>
      </w:r>
    </w:p>
    <w:p w14:paraId="7255C81E" w14:textId="77777777" w:rsidR="0041365B" w:rsidRPr="005035CC" w:rsidRDefault="00000000">
      <w:pPr>
        <w:pStyle w:val="Nagwek2"/>
        <w:rPr>
          <w:lang w:val="pl-PL"/>
        </w:rPr>
      </w:pPr>
      <w:r w:rsidRPr="005035CC">
        <w:rPr>
          <w:lang w:val="pl-PL"/>
        </w:rPr>
        <w:t>2</w:t>
      </w:r>
      <w:r>
        <w:t>️</w:t>
      </w:r>
      <w:r w:rsidRPr="005035CC">
        <w:rPr>
          <w:lang w:val="pl-PL"/>
        </w:rPr>
        <w:t>⃣ Przygotowanie operacji (warunki przedmiotowe)</w:t>
      </w:r>
    </w:p>
    <w:p w14:paraId="5FEB14BE" w14:textId="77777777" w:rsidR="0041365B" w:rsidRPr="005035CC" w:rsidRDefault="00000000">
      <w:pPr>
        <w:rPr>
          <w:lang w:val="pl-PL"/>
        </w:rPr>
      </w:pPr>
      <w:r w:rsidRPr="005035CC">
        <w:rPr>
          <w:lang w:val="pl-PL"/>
        </w:rPr>
        <w:t>☐ Operacja zgodna z celem LSR – P.2.2 Małe gospodarstwo – duże możliwości.</w:t>
      </w:r>
    </w:p>
    <w:p w14:paraId="5887A1F3" w14:textId="77777777" w:rsidR="0041365B" w:rsidRPr="005035CC" w:rsidRDefault="00000000">
      <w:pPr>
        <w:rPr>
          <w:lang w:val="pl-PL"/>
        </w:rPr>
      </w:pPr>
      <w:r w:rsidRPr="005035CC">
        <w:rPr>
          <w:lang w:val="pl-PL"/>
        </w:rPr>
        <w:t>☐ Realizacja: 1 etap, maks. 2 lata od umowy, nie później niż 30.06.2029 r.</w:t>
      </w:r>
    </w:p>
    <w:p w14:paraId="665CDAD1" w14:textId="77777777" w:rsidR="0041365B" w:rsidRPr="005035CC" w:rsidRDefault="00000000">
      <w:pPr>
        <w:rPr>
          <w:lang w:val="pl-PL"/>
        </w:rPr>
      </w:pPr>
      <w:r w:rsidRPr="005035CC">
        <w:rPr>
          <w:lang w:val="pl-PL"/>
        </w:rPr>
        <w:t>☐ Mam tytuł prawny do nieruchomości (własność, współwłasność, dzierżawa, użyczenie).</w:t>
      </w:r>
    </w:p>
    <w:p w14:paraId="13436137" w14:textId="1A3545EF" w:rsidR="0041365B" w:rsidRPr="005035CC" w:rsidRDefault="00000000">
      <w:pPr>
        <w:rPr>
          <w:lang w:val="pl-PL"/>
        </w:rPr>
      </w:pPr>
      <w:r w:rsidRPr="005035CC">
        <w:rPr>
          <w:lang w:val="pl-PL"/>
        </w:rPr>
        <w:t xml:space="preserve">☐ Zakres inwestycji nie obejmuje: dróg, targowisk, sieci </w:t>
      </w:r>
      <w:proofErr w:type="spellStart"/>
      <w:r w:rsidRPr="005035CC">
        <w:rPr>
          <w:lang w:val="pl-PL"/>
        </w:rPr>
        <w:t>wod-kan</w:t>
      </w:r>
      <w:proofErr w:type="spellEnd"/>
      <w:r w:rsidRPr="005035CC">
        <w:rPr>
          <w:lang w:val="pl-PL"/>
        </w:rPr>
        <w:t>, POŚ, usług rolniczych</w:t>
      </w:r>
      <w:r w:rsidR="005035CC" w:rsidRPr="005035CC">
        <w:rPr>
          <w:lang w:val="pl-PL"/>
        </w:rPr>
        <w:t xml:space="preserve"> or</w:t>
      </w:r>
      <w:r w:rsidR="005035CC">
        <w:rPr>
          <w:lang w:val="pl-PL"/>
        </w:rPr>
        <w:t>az rekreacyjnych domków na wynajem nie pełniących funkcji mieszkalnej</w:t>
      </w:r>
      <w:r w:rsidRPr="005035CC">
        <w:rPr>
          <w:lang w:val="pl-PL"/>
        </w:rPr>
        <w:t>.</w:t>
      </w:r>
    </w:p>
    <w:p w14:paraId="1AF533EE" w14:textId="77777777" w:rsidR="0041365B" w:rsidRPr="005035CC" w:rsidRDefault="00000000">
      <w:pPr>
        <w:rPr>
          <w:lang w:val="pl-PL"/>
        </w:rPr>
      </w:pPr>
      <w:r w:rsidRPr="005035CC">
        <w:rPr>
          <w:lang w:val="pl-PL"/>
        </w:rPr>
        <w:t>☐ Koszty dotyczące OZE ≤ 50% wszystkich kosztów kwalifikowalnych.</w:t>
      </w:r>
    </w:p>
    <w:p w14:paraId="4BD5E6BC" w14:textId="77777777" w:rsidR="0041365B" w:rsidRPr="005035CC" w:rsidRDefault="00000000">
      <w:pPr>
        <w:rPr>
          <w:lang w:val="pl-PL"/>
        </w:rPr>
      </w:pPr>
      <w:r w:rsidRPr="005035CC">
        <w:rPr>
          <w:lang w:val="pl-PL"/>
        </w:rPr>
        <w:t>☐ Opracowałem uproszczony biznesplan (zał. 11).</w:t>
      </w:r>
    </w:p>
    <w:p w14:paraId="680199C1" w14:textId="77777777" w:rsidR="0041365B" w:rsidRPr="005035CC" w:rsidRDefault="00000000">
      <w:pPr>
        <w:rPr>
          <w:lang w:val="pl-PL"/>
        </w:rPr>
      </w:pPr>
      <w:r w:rsidRPr="005035CC">
        <w:rPr>
          <w:lang w:val="pl-PL"/>
        </w:rPr>
        <w:t>☐ W biznesplanie opisano wdrożenie systemu Wiejskiej Bazy Noclegowej (WBN).</w:t>
      </w:r>
    </w:p>
    <w:p w14:paraId="20746AB1" w14:textId="77777777" w:rsidR="0041365B" w:rsidRDefault="00000000">
      <w:pPr>
        <w:rPr>
          <w:lang w:val="pl-PL"/>
        </w:rPr>
      </w:pPr>
      <w:r w:rsidRPr="005035CC">
        <w:rPr>
          <w:lang w:val="pl-PL"/>
        </w:rPr>
        <w:t>☐ Operacja dotyczy: dostosowania gospodarstwa do wynajmu pokoi, sprzedaży posiłków domowych, usług dla turystów.</w:t>
      </w:r>
    </w:p>
    <w:p w14:paraId="56A63BF0" w14:textId="061B23E7" w:rsidR="00ED4572" w:rsidRDefault="00ED4572">
      <w:pPr>
        <w:rPr>
          <w:lang w:val="pl-PL"/>
        </w:rPr>
      </w:pPr>
      <w:r w:rsidRPr="005035CC">
        <w:rPr>
          <w:lang w:val="pl-PL"/>
        </w:rPr>
        <w:lastRenderedPageBreak/>
        <w:t>☐</w:t>
      </w:r>
      <w:r>
        <w:rPr>
          <w:lang w:val="pl-PL"/>
        </w:rPr>
        <w:t xml:space="preserve"> Zadeklarowałem we wniosku lub załączniku do wniosku </w:t>
      </w:r>
    </w:p>
    <w:p w14:paraId="713BAA96" w14:textId="7A6FE46B" w:rsidR="00ED4572" w:rsidRDefault="00ED4572" w:rsidP="00ED4572">
      <w:pPr>
        <w:pStyle w:val="Akapitzlist"/>
        <w:numPr>
          <w:ilvl w:val="0"/>
          <w:numId w:val="10"/>
        </w:numPr>
        <w:rPr>
          <w:lang w:val="pl-PL"/>
        </w:rPr>
      </w:pPr>
      <w:r>
        <w:rPr>
          <w:lang w:val="pl-PL"/>
        </w:rPr>
        <w:t>Z</w:t>
      </w:r>
      <w:r w:rsidRPr="005035CC">
        <w:rPr>
          <w:lang w:val="pl-PL"/>
        </w:rPr>
        <w:t>głosz</w:t>
      </w:r>
      <w:r>
        <w:rPr>
          <w:lang w:val="pl-PL"/>
        </w:rPr>
        <w:t>enie obiektu</w:t>
      </w:r>
      <w:r w:rsidRPr="005035CC">
        <w:rPr>
          <w:lang w:val="pl-PL"/>
        </w:rPr>
        <w:t xml:space="preserve"> do ewidencji innych obiektów hotelarskich.</w:t>
      </w:r>
    </w:p>
    <w:p w14:paraId="1EFD1E2F" w14:textId="4F0B9B46" w:rsidR="00ED4572" w:rsidRDefault="00ED4572" w:rsidP="00ED4572">
      <w:pPr>
        <w:pStyle w:val="Akapitzlist"/>
        <w:numPr>
          <w:ilvl w:val="0"/>
          <w:numId w:val="10"/>
        </w:numPr>
        <w:rPr>
          <w:lang w:val="pl-PL"/>
        </w:rPr>
      </w:pPr>
      <w:r w:rsidRPr="005035CC">
        <w:rPr>
          <w:lang w:val="pl-PL"/>
        </w:rPr>
        <w:t>Uzyska</w:t>
      </w:r>
      <w:r>
        <w:rPr>
          <w:lang w:val="pl-PL"/>
        </w:rPr>
        <w:t>nie</w:t>
      </w:r>
      <w:r w:rsidRPr="005035CC">
        <w:rPr>
          <w:lang w:val="pl-PL"/>
        </w:rPr>
        <w:t xml:space="preserve"> certyfikat WBN </w:t>
      </w:r>
      <w:r>
        <w:rPr>
          <w:lang w:val="pl-PL"/>
        </w:rPr>
        <w:t xml:space="preserve">oraz </w:t>
      </w:r>
      <w:r w:rsidRPr="005035CC">
        <w:rPr>
          <w:lang w:val="pl-PL"/>
        </w:rPr>
        <w:t>umie</w:t>
      </w:r>
      <w:r>
        <w:rPr>
          <w:lang w:val="pl-PL"/>
        </w:rPr>
        <w:t>szczenie</w:t>
      </w:r>
      <w:r w:rsidRPr="005035CC">
        <w:rPr>
          <w:lang w:val="pl-PL"/>
        </w:rPr>
        <w:t xml:space="preserve"> tablic</w:t>
      </w:r>
      <w:r>
        <w:rPr>
          <w:lang w:val="pl-PL"/>
        </w:rPr>
        <w:t>y</w:t>
      </w:r>
      <w:r w:rsidRPr="005035CC">
        <w:rPr>
          <w:lang w:val="pl-PL"/>
        </w:rPr>
        <w:t xml:space="preserve"> rekomendacy</w:t>
      </w:r>
      <w:r>
        <w:rPr>
          <w:lang w:val="pl-PL"/>
        </w:rPr>
        <w:t>jnej</w:t>
      </w:r>
      <w:r w:rsidRPr="005035CC">
        <w:rPr>
          <w:lang w:val="pl-PL"/>
        </w:rPr>
        <w:t>.</w:t>
      </w:r>
    </w:p>
    <w:p w14:paraId="2E7508D8" w14:textId="03BE21B0" w:rsidR="00ED4572" w:rsidRDefault="00ED4572" w:rsidP="00ED4572">
      <w:pPr>
        <w:pStyle w:val="Akapitzlist"/>
        <w:numPr>
          <w:ilvl w:val="0"/>
          <w:numId w:val="10"/>
        </w:numPr>
        <w:rPr>
          <w:lang w:val="pl-PL"/>
        </w:rPr>
      </w:pPr>
      <w:r w:rsidRPr="005035CC">
        <w:rPr>
          <w:lang w:val="pl-PL"/>
        </w:rPr>
        <w:t>Prom</w:t>
      </w:r>
      <w:r>
        <w:rPr>
          <w:lang w:val="pl-PL"/>
        </w:rPr>
        <w:t>ocję</w:t>
      </w:r>
      <w:r w:rsidRPr="005035CC">
        <w:rPr>
          <w:lang w:val="pl-PL"/>
        </w:rPr>
        <w:t xml:space="preserve"> ofert</w:t>
      </w:r>
      <w:r>
        <w:rPr>
          <w:lang w:val="pl-PL"/>
        </w:rPr>
        <w:t>y</w:t>
      </w:r>
      <w:r w:rsidRPr="005035CC">
        <w:rPr>
          <w:lang w:val="pl-PL"/>
        </w:rPr>
        <w:t xml:space="preserve"> agroturystycz</w:t>
      </w:r>
      <w:r>
        <w:rPr>
          <w:lang w:val="pl-PL"/>
        </w:rPr>
        <w:t>nej</w:t>
      </w:r>
      <w:r w:rsidRPr="005035CC">
        <w:rPr>
          <w:lang w:val="pl-PL"/>
        </w:rPr>
        <w:t xml:space="preserve"> (strona</w:t>
      </w:r>
      <w:r>
        <w:rPr>
          <w:lang w:val="pl-PL"/>
        </w:rPr>
        <w:t xml:space="preserve"> www</w:t>
      </w:r>
      <w:r w:rsidRPr="005035CC">
        <w:rPr>
          <w:lang w:val="pl-PL"/>
        </w:rPr>
        <w:t>, folder, media).</w:t>
      </w:r>
    </w:p>
    <w:p w14:paraId="32698852" w14:textId="74DFB602" w:rsidR="00ED4572" w:rsidRDefault="00ED4572" w:rsidP="00ED4572">
      <w:pPr>
        <w:pStyle w:val="Akapitzlist"/>
        <w:numPr>
          <w:ilvl w:val="0"/>
          <w:numId w:val="10"/>
        </w:numPr>
        <w:rPr>
          <w:lang w:val="pl-PL"/>
        </w:rPr>
      </w:pPr>
      <w:r w:rsidRPr="005035CC">
        <w:rPr>
          <w:lang w:val="pl-PL"/>
        </w:rPr>
        <w:t>Utrzym</w:t>
      </w:r>
      <w:r>
        <w:rPr>
          <w:lang w:val="pl-PL"/>
        </w:rPr>
        <w:t>anie</w:t>
      </w:r>
      <w:r w:rsidRPr="005035CC">
        <w:rPr>
          <w:lang w:val="pl-PL"/>
        </w:rPr>
        <w:t xml:space="preserve"> członkostw</w:t>
      </w:r>
      <w:r>
        <w:rPr>
          <w:lang w:val="pl-PL"/>
        </w:rPr>
        <w:t>a</w:t>
      </w:r>
      <w:r w:rsidRPr="005035CC">
        <w:rPr>
          <w:lang w:val="pl-PL"/>
        </w:rPr>
        <w:t xml:space="preserve"> w organizacji </w:t>
      </w:r>
      <w:proofErr w:type="spellStart"/>
      <w:r w:rsidRPr="005035CC">
        <w:rPr>
          <w:lang w:val="pl-PL"/>
        </w:rPr>
        <w:t>kwaterodawców</w:t>
      </w:r>
      <w:proofErr w:type="spellEnd"/>
      <w:r>
        <w:rPr>
          <w:lang w:val="pl-PL"/>
        </w:rPr>
        <w:t>.</w:t>
      </w:r>
    </w:p>
    <w:p w14:paraId="7E96D24B" w14:textId="10411F92" w:rsidR="00ED4572" w:rsidRPr="00ED4572" w:rsidRDefault="00ED4572" w:rsidP="00ED4572">
      <w:pPr>
        <w:pStyle w:val="Akapitzlist"/>
        <w:numPr>
          <w:ilvl w:val="0"/>
          <w:numId w:val="10"/>
        </w:numPr>
        <w:rPr>
          <w:lang w:val="pl-PL"/>
        </w:rPr>
      </w:pPr>
      <w:r w:rsidRPr="005035CC">
        <w:rPr>
          <w:lang w:val="pl-PL"/>
        </w:rPr>
        <w:t>Utrzym</w:t>
      </w:r>
      <w:r>
        <w:rPr>
          <w:lang w:val="pl-PL"/>
        </w:rPr>
        <w:t>ania</w:t>
      </w:r>
      <w:r w:rsidRPr="005035CC">
        <w:rPr>
          <w:lang w:val="pl-PL"/>
        </w:rPr>
        <w:t xml:space="preserve"> działalnoś</w:t>
      </w:r>
      <w:r>
        <w:rPr>
          <w:lang w:val="pl-PL"/>
        </w:rPr>
        <w:t>ci</w:t>
      </w:r>
      <w:r w:rsidRPr="005035CC">
        <w:rPr>
          <w:lang w:val="pl-PL"/>
        </w:rPr>
        <w:t xml:space="preserve"> i efekt</w:t>
      </w:r>
      <w:r>
        <w:rPr>
          <w:lang w:val="pl-PL"/>
        </w:rPr>
        <w:t>ów</w:t>
      </w:r>
      <w:r w:rsidRPr="005035CC">
        <w:rPr>
          <w:lang w:val="pl-PL"/>
        </w:rPr>
        <w:t xml:space="preserve"> przez 5 lat od wypłaty pomocy</w:t>
      </w:r>
      <w:r>
        <w:rPr>
          <w:lang w:val="pl-PL"/>
        </w:rPr>
        <w:t>.</w:t>
      </w:r>
    </w:p>
    <w:p w14:paraId="2D2DB928" w14:textId="77777777" w:rsidR="0041365B" w:rsidRPr="005035CC" w:rsidRDefault="00000000">
      <w:pPr>
        <w:rPr>
          <w:lang w:val="pl-PL"/>
        </w:rPr>
      </w:pPr>
      <w:r w:rsidRPr="005035CC">
        <w:rPr>
          <w:rFonts w:ascii="Segoe UI Symbol" w:hAnsi="Segoe UI Symbol" w:cs="Segoe UI Symbol"/>
          <w:lang w:val="pl-PL"/>
        </w:rPr>
        <w:t>☐</w:t>
      </w:r>
      <w:r w:rsidRPr="005035CC">
        <w:rPr>
          <w:lang w:val="pl-PL"/>
        </w:rPr>
        <w:t xml:space="preserve"> Nie finansuję produkcji rolniczej ani przetwórstwa.</w:t>
      </w:r>
    </w:p>
    <w:p w14:paraId="4E24F77E" w14:textId="77777777" w:rsidR="0041365B" w:rsidRPr="005035CC" w:rsidRDefault="00000000">
      <w:pPr>
        <w:rPr>
          <w:lang w:val="pl-PL"/>
        </w:rPr>
      </w:pPr>
      <w:r w:rsidRPr="005035CC">
        <w:rPr>
          <w:lang w:val="pl-PL"/>
        </w:rPr>
        <w:t>☐ Załączyłem koncepcję wdrożenia systemu kategoryzacji WBN.</w:t>
      </w:r>
    </w:p>
    <w:p w14:paraId="7B376CF2" w14:textId="00C0141A" w:rsidR="0041365B" w:rsidRPr="005035CC" w:rsidRDefault="00000000">
      <w:pPr>
        <w:rPr>
          <w:lang w:val="pl-PL"/>
        </w:rPr>
      </w:pPr>
      <w:r w:rsidRPr="005035CC">
        <w:rPr>
          <w:lang w:val="pl-PL"/>
        </w:rPr>
        <w:t>☐ Z</w:t>
      </w:r>
      <w:r w:rsidR="002F5D04">
        <w:rPr>
          <w:lang w:val="pl-PL"/>
        </w:rPr>
        <w:t>adeklarowałem</w:t>
      </w:r>
      <w:r w:rsidRPr="005035CC">
        <w:rPr>
          <w:lang w:val="pl-PL"/>
        </w:rPr>
        <w:t xml:space="preserve"> przystąpieni</w:t>
      </w:r>
      <w:r w:rsidR="002F5D04">
        <w:rPr>
          <w:lang w:val="pl-PL"/>
        </w:rPr>
        <w:t>e</w:t>
      </w:r>
      <w:r w:rsidRPr="005035CC">
        <w:rPr>
          <w:lang w:val="pl-PL"/>
        </w:rPr>
        <w:t xml:space="preserve"> do organizacji </w:t>
      </w:r>
      <w:proofErr w:type="spellStart"/>
      <w:r w:rsidRPr="005035CC">
        <w:rPr>
          <w:lang w:val="pl-PL"/>
        </w:rPr>
        <w:t>kwaterodawców</w:t>
      </w:r>
      <w:proofErr w:type="spellEnd"/>
      <w:r w:rsidRPr="005035CC">
        <w:rPr>
          <w:lang w:val="pl-PL"/>
        </w:rPr>
        <w:t>.</w:t>
      </w:r>
    </w:p>
    <w:p w14:paraId="185B6765" w14:textId="77777777" w:rsidR="0041365B" w:rsidRPr="005035CC" w:rsidRDefault="00000000">
      <w:pPr>
        <w:rPr>
          <w:lang w:val="pl-PL"/>
        </w:rPr>
      </w:pPr>
      <w:r w:rsidRPr="005035CC">
        <w:rPr>
          <w:lang w:val="pl-PL"/>
        </w:rPr>
        <w:t xml:space="preserve">☐ Sprawdziłem racjonalność kosztów wg wytycznych </w:t>
      </w:r>
      <w:proofErr w:type="spellStart"/>
      <w:r w:rsidRPr="005035CC">
        <w:rPr>
          <w:lang w:val="pl-PL"/>
        </w:rPr>
        <w:t>MRiRW</w:t>
      </w:r>
      <w:proofErr w:type="spellEnd"/>
      <w:r w:rsidRPr="005035CC">
        <w:rPr>
          <w:lang w:val="pl-PL"/>
        </w:rPr>
        <w:t>.</w:t>
      </w:r>
    </w:p>
    <w:p w14:paraId="7E7507B7" w14:textId="5B83BCD7" w:rsidR="00336816" w:rsidRDefault="00000000">
      <w:pPr>
        <w:rPr>
          <w:lang w:val="pl-PL"/>
        </w:rPr>
      </w:pPr>
      <w:r w:rsidRPr="005035CC">
        <w:rPr>
          <w:lang w:val="pl-PL"/>
        </w:rPr>
        <w:t xml:space="preserve">☐ </w:t>
      </w:r>
      <w:r w:rsidR="002F5D04">
        <w:rPr>
          <w:lang w:val="pl-PL"/>
        </w:rPr>
        <w:t xml:space="preserve">Realizuję i wpisałem </w:t>
      </w:r>
      <w:r w:rsidRPr="005035CC">
        <w:rPr>
          <w:lang w:val="pl-PL"/>
        </w:rPr>
        <w:t>Wskaźniki</w:t>
      </w:r>
      <w:r w:rsidR="00336816">
        <w:rPr>
          <w:lang w:val="pl-PL"/>
        </w:rPr>
        <w:t>:</w:t>
      </w:r>
    </w:p>
    <w:p w14:paraId="7E50CED5" w14:textId="77777777" w:rsidR="00336816" w:rsidRDefault="00000000" w:rsidP="00336816">
      <w:pPr>
        <w:pStyle w:val="Akapitzlist"/>
        <w:numPr>
          <w:ilvl w:val="0"/>
          <w:numId w:val="11"/>
        </w:numPr>
        <w:rPr>
          <w:lang w:val="pl-PL"/>
        </w:rPr>
      </w:pPr>
      <w:r w:rsidRPr="00336816">
        <w:rPr>
          <w:lang w:val="pl-PL"/>
        </w:rPr>
        <w:t xml:space="preserve">produktu </w:t>
      </w:r>
      <w:r w:rsidR="00336816">
        <w:rPr>
          <w:lang w:val="pl-PL"/>
        </w:rPr>
        <w:t>-</w:t>
      </w:r>
      <w:r w:rsidR="00336816" w:rsidRPr="00336816">
        <w:rPr>
          <w:lang w:val="pl-PL"/>
        </w:rPr>
        <w:t xml:space="preserve">• Liczba utworzonych gospodarstw agroturystycznych [szt.] </w:t>
      </w:r>
    </w:p>
    <w:p w14:paraId="6793A413" w14:textId="4EBB30ED" w:rsidR="00336816" w:rsidRDefault="00336816" w:rsidP="00336816">
      <w:pPr>
        <w:pStyle w:val="Akapitzlist"/>
        <w:rPr>
          <w:lang w:val="pl-PL"/>
        </w:rPr>
      </w:pPr>
      <w:r w:rsidRPr="00336816">
        <w:rPr>
          <w:lang w:val="pl-PL"/>
        </w:rPr>
        <w:t xml:space="preserve">• Liczba osób z grup w niekorzystnej sytuacji objętych wsparciem [szt.] </w:t>
      </w:r>
    </w:p>
    <w:p w14:paraId="059A3B54" w14:textId="5FCA2F2C" w:rsidR="0041365B" w:rsidRPr="00336816" w:rsidRDefault="00000000" w:rsidP="00336816">
      <w:pPr>
        <w:pStyle w:val="Akapitzlist"/>
        <w:numPr>
          <w:ilvl w:val="0"/>
          <w:numId w:val="11"/>
        </w:numPr>
        <w:rPr>
          <w:lang w:val="pl-PL"/>
        </w:rPr>
      </w:pPr>
      <w:r w:rsidRPr="00336816">
        <w:rPr>
          <w:lang w:val="pl-PL"/>
        </w:rPr>
        <w:t xml:space="preserve">rezultatu </w:t>
      </w:r>
      <w:r w:rsidR="00336816">
        <w:rPr>
          <w:lang w:val="pl-PL"/>
        </w:rPr>
        <w:t>-</w:t>
      </w:r>
      <w:r w:rsidR="00336816" w:rsidRPr="00336816">
        <w:rPr>
          <w:lang w:val="pl-PL"/>
        </w:rPr>
        <w:t>•</w:t>
      </w:r>
      <w:r w:rsidR="00336816">
        <w:rPr>
          <w:lang w:val="pl-PL"/>
        </w:rPr>
        <w:t xml:space="preserve"> </w:t>
      </w:r>
      <w:r w:rsidR="00336816" w:rsidRPr="00336816">
        <w:rPr>
          <w:lang w:val="pl-PL"/>
        </w:rPr>
        <w:t xml:space="preserve">R.39 Liczba przedsiębiorstw rolnych, w tym przedsiębiorstw zajmujących się </w:t>
      </w:r>
      <w:proofErr w:type="spellStart"/>
      <w:r w:rsidR="00336816" w:rsidRPr="00336816">
        <w:rPr>
          <w:lang w:val="pl-PL"/>
        </w:rPr>
        <w:t>biogospodarką</w:t>
      </w:r>
      <w:proofErr w:type="spellEnd"/>
      <w:r w:rsidR="00336816" w:rsidRPr="00336816">
        <w:rPr>
          <w:lang w:val="pl-PL"/>
        </w:rPr>
        <w:t>, rozwiniętych dzięki wsparciu w ramach WPR</w:t>
      </w:r>
    </w:p>
    <w:p w14:paraId="08E2AA62" w14:textId="77777777" w:rsidR="0041365B" w:rsidRPr="005035CC" w:rsidRDefault="00000000">
      <w:pPr>
        <w:pStyle w:val="Nagwek2"/>
        <w:rPr>
          <w:lang w:val="pl-PL"/>
        </w:rPr>
      </w:pPr>
      <w:r w:rsidRPr="005035CC">
        <w:rPr>
          <w:lang w:val="pl-PL"/>
        </w:rPr>
        <w:t>3</w:t>
      </w:r>
      <w:r>
        <w:t>️</w:t>
      </w:r>
      <w:r w:rsidRPr="005035CC">
        <w:rPr>
          <w:rFonts w:ascii="Segoe UI Symbol" w:hAnsi="Segoe UI Symbol" w:cs="Segoe UI Symbol"/>
          <w:lang w:val="pl-PL"/>
        </w:rPr>
        <w:t>⃣</w:t>
      </w:r>
      <w:r w:rsidRPr="005035CC">
        <w:rPr>
          <w:lang w:val="pl-PL"/>
        </w:rPr>
        <w:t xml:space="preserve"> Finanse i wkład własny</w:t>
      </w:r>
    </w:p>
    <w:p w14:paraId="7AAF3329" w14:textId="77777777" w:rsidR="0041365B" w:rsidRPr="005035CC" w:rsidRDefault="00000000">
      <w:pPr>
        <w:rPr>
          <w:lang w:val="pl-PL"/>
        </w:rPr>
      </w:pPr>
      <w:r w:rsidRPr="005035CC">
        <w:rPr>
          <w:rFonts w:ascii="Segoe UI Symbol" w:hAnsi="Segoe UI Symbol" w:cs="Segoe UI Symbol"/>
          <w:lang w:val="pl-PL"/>
        </w:rPr>
        <w:t>☐</w:t>
      </w:r>
      <w:r w:rsidRPr="005035CC">
        <w:rPr>
          <w:lang w:val="pl-PL"/>
        </w:rPr>
        <w:t xml:space="preserve"> Kwota pomocy mieści się w przedziale 50 000–100 000 zł.</w:t>
      </w:r>
    </w:p>
    <w:p w14:paraId="2E4AA9A0" w14:textId="77777777" w:rsidR="0041365B" w:rsidRPr="005035CC" w:rsidRDefault="00000000">
      <w:pPr>
        <w:rPr>
          <w:lang w:val="pl-PL"/>
        </w:rPr>
      </w:pPr>
      <w:r w:rsidRPr="005035CC">
        <w:rPr>
          <w:lang w:val="pl-PL"/>
        </w:rPr>
        <w:t>☐ Poziom dofinansowania nie przekracza 85%.</w:t>
      </w:r>
    </w:p>
    <w:p w14:paraId="015A312D" w14:textId="77777777" w:rsidR="0041365B" w:rsidRPr="005035CC" w:rsidRDefault="00000000">
      <w:pPr>
        <w:rPr>
          <w:lang w:val="pl-PL"/>
        </w:rPr>
      </w:pPr>
      <w:r w:rsidRPr="005035CC">
        <w:rPr>
          <w:lang w:val="pl-PL"/>
        </w:rPr>
        <w:t>☐ Wkład własny min. 15% (lub większy – dla punktów).</w:t>
      </w:r>
    </w:p>
    <w:p w14:paraId="7C1D3AD9" w14:textId="77777777" w:rsidR="0041365B" w:rsidRPr="005035CC" w:rsidRDefault="00000000">
      <w:pPr>
        <w:rPr>
          <w:lang w:val="pl-PL"/>
        </w:rPr>
      </w:pPr>
      <w:r w:rsidRPr="005035CC">
        <w:rPr>
          <w:lang w:val="pl-PL"/>
        </w:rPr>
        <w:t>☐ Limit pomocy 500 000 zł na beneficjenta w PS WPR 2023–2027.</w:t>
      </w:r>
    </w:p>
    <w:p w14:paraId="08679D2F" w14:textId="77777777" w:rsidR="0041365B" w:rsidRPr="005035CC" w:rsidRDefault="00000000">
      <w:pPr>
        <w:rPr>
          <w:lang w:val="pl-PL"/>
        </w:rPr>
      </w:pPr>
      <w:r w:rsidRPr="005035CC">
        <w:rPr>
          <w:lang w:val="pl-PL"/>
        </w:rPr>
        <w:t>☐ Pomoc ma formę płatności ryczałtowej.</w:t>
      </w:r>
    </w:p>
    <w:p w14:paraId="0A05C6F4" w14:textId="77777777" w:rsidR="0041365B" w:rsidRPr="005035CC" w:rsidRDefault="00000000">
      <w:pPr>
        <w:rPr>
          <w:lang w:val="pl-PL"/>
        </w:rPr>
      </w:pPr>
      <w:r w:rsidRPr="005035CC">
        <w:rPr>
          <w:lang w:val="pl-PL"/>
        </w:rPr>
        <w:t>☐ Zaliczka do 50% lub wyprzedzające finansowanie do 44%.</w:t>
      </w:r>
    </w:p>
    <w:p w14:paraId="1AAE3EEF" w14:textId="77777777" w:rsidR="0041365B" w:rsidRPr="005035CC" w:rsidRDefault="00000000">
      <w:pPr>
        <w:pStyle w:val="Nagwek2"/>
        <w:rPr>
          <w:lang w:val="pl-PL"/>
        </w:rPr>
      </w:pPr>
      <w:r w:rsidRPr="005035CC">
        <w:rPr>
          <w:lang w:val="pl-PL"/>
        </w:rPr>
        <w:t>4</w:t>
      </w:r>
      <w:r>
        <w:t>️</w:t>
      </w:r>
      <w:r w:rsidRPr="005035CC">
        <w:rPr>
          <w:lang w:val="pl-PL"/>
        </w:rPr>
        <w:t xml:space="preserve">⃣ Składanie wniosku </w:t>
      </w:r>
      <w:proofErr w:type="spellStart"/>
      <w:r w:rsidRPr="005035CC">
        <w:rPr>
          <w:lang w:val="pl-PL"/>
        </w:rPr>
        <w:t>WoPP</w:t>
      </w:r>
      <w:proofErr w:type="spellEnd"/>
    </w:p>
    <w:p w14:paraId="29B10475" w14:textId="77777777" w:rsidR="0041365B" w:rsidRPr="005035CC" w:rsidRDefault="00000000">
      <w:pPr>
        <w:rPr>
          <w:lang w:val="pl-PL"/>
        </w:rPr>
      </w:pPr>
      <w:r w:rsidRPr="005035CC">
        <w:rPr>
          <w:lang w:val="pl-PL"/>
        </w:rPr>
        <w:t>☐ Wniosek wypełniłem w systemie PUE ARiMR (epue.arimr.gov.pl).</w:t>
      </w:r>
    </w:p>
    <w:p w14:paraId="0704C7BC" w14:textId="77777777" w:rsidR="0041365B" w:rsidRPr="005035CC" w:rsidRDefault="00000000">
      <w:pPr>
        <w:rPr>
          <w:lang w:val="pl-PL"/>
        </w:rPr>
      </w:pPr>
      <w:r w:rsidRPr="005035CC">
        <w:rPr>
          <w:lang w:val="pl-PL"/>
        </w:rPr>
        <w:t>☐ Sprawdziłem kompletność załączników.</w:t>
      </w:r>
    </w:p>
    <w:p w14:paraId="5D6F38DC" w14:textId="74102168" w:rsidR="0041365B" w:rsidRPr="005035CC" w:rsidRDefault="00000000">
      <w:pPr>
        <w:rPr>
          <w:lang w:val="pl-PL"/>
        </w:rPr>
      </w:pPr>
      <w:r w:rsidRPr="005035CC">
        <w:rPr>
          <w:lang w:val="pl-PL"/>
        </w:rPr>
        <w:t xml:space="preserve">☐ Złożyłem wniosek w terminie: </w:t>
      </w:r>
      <w:r w:rsidR="00B912E4">
        <w:rPr>
          <w:lang w:val="pl-PL"/>
        </w:rPr>
        <w:t>…………………………………………….</w:t>
      </w:r>
      <w:r w:rsidRPr="005035CC">
        <w:rPr>
          <w:lang w:val="pl-PL"/>
        </w:rPr>
        <w:t xml:space="preserve"> r.</w:t>
      </w:r>
    </w:p>
    <w:p w14:paraId="0EE5274B" w14:textId="77777777" w:rsidR="0041365B" w:rsidRPr="005035CC" w:rsidRDefault="00000000">
      <w:pPr>
        <w:rPr>
          <w:lang w:val="pl-PL"/>
        </w:rPr>
      </w:pPr>
      <w:r w:rsidRPr="005035CC">
        <w:rPr>
          <w:lang w:val="pl-PL"/>
        </w:rPr>
        <w:t>☐ Potwierdzenie złożenia przekazałem do biura LGD do 2 dni roboczych po naborze.</w:t>
      </w:r>
    </w:p>
    <w:p w14:paraId="082113C8" w14:textId="77777777" w:rsidR="0041365B" w:rsidRPr="005035CC" w:rsidRDefault="00000000">
      <w:pPr>
        <w:rPr>
          <w:lang w:val="pl-PL"/>
        </w:rPr>
      </w:pPr>
      <w:r w:rsidRPr="005035CC">
        <w:rPr>
          <w:lang w:val="pl-PL"/>
        </w:rPr>
        <w:t>☐ Znam zasady uzupełniania/poprawek – tylko na wezwanie LGD lub SW przez PUE.</w:t>
      </w:r>
    </w:p>
    <w:p w14:paraId="7800A796" w14:textId="77777777" w:rsidR="0041365B" w:rsidRPr="005035CC" w:rsidRDefault="00000000">
      <w:pPr>
        <w:pStyle w:val="Nagwek2"/>
        <w:rPr>
          <w:lang w:val="pl-PL"/>
        </w:rPr>
      </w:pPr>
      <w:r w:rsidRPr="005035CC">
        <w:rPr>
          <w:lang w:val="pl-PL"/>
        </w:rPr>
        <w:lastRenderedPageBreak/>
        <w:t>5</w:t>
      </w:r>
      <w:r>
        <w:t>️</w:t>
      </w:r>
      <w:r w:rsidRPr="005035CC">
        <w:rPr>
          <w:lang w:val="pl-PL"/>
        </w:rPr>
        <w:t>⃣ Wypłata pomocy – obowiązki po podpisaniu umowy</w:t>
      </w:r>
    </w:p>
    <w:p w14:paraId="4C2A0DB8" w14:textId="77777777" w:rsidR="0041365B" w:rsidRPr="005035CC" w:rsidRDefault="00000000">
      <w:pPr>
        <w:rPr>
          <w:lang w:val="pl-PL"/>
        </w:rPr>
      </w:pPr>
      <w:r w:rsidRPr="005035CC">
        <w:rPr>
          <w:lang w:val="pl-PL"/>
        </w:rPr>
        <w:t>☐ Realizuję operację zgodnie z biznesplanem i terminem umowy.</w:t>
      </w:r>
    </w:p>
    <w:p w14:paraId="045D18CD" w14:textId="77777777" w:rsidR="0041365B" w:rsidRPr="005035CC" w:rsidRDefault="00000000">
      <w:pPr>
        <w:rPr>
          <w:lang w:val="pl-PL"/>
        </w:rPr>
      </w:pPr>
      <w:r w:rsidRPr="005035CC">
        <w:rPr>
          <w:lang w:val="pl-PL"/>
        </w:rPr>
        <w:t>☐ Promuję ofertę agroturystyczną (strona, folder, media).</w:t>
      </w:r>
    </w:p>
    <w:p w14:paraId="028D127F" w14:textId="77777777" w:rsidR="0041365B" w:rsidRPr="005035CC" w:rsidRDefault="00000000">
      <w:pPr>
        <w:rPr>
          <w:lang w:val="pl-PL"/>
        </w:rPr>
      </w:pPr>
      <w:r w:rsidRPr="005035CC">
        <w:rPr>
          <w:lang w:val="pl-PL"/>
        </w:rPr>
        <w:t>☐ Obiekt zgłoszony do ewidencji innych obiektów hotelarskich.</w:t>
      </w:r>
    </w:p>
    <w:p w14:paraId="790B3114" w14:textId="77777777" w:rsidR="0041365B" w:rsidRPr="005035CC" w:rsidRDefault="00000000">
      <w:pPr>
        <w:rPr>
          <w:lang w:val="pl-PL"/>
        </w:rPr>
      </w:pPr>
      <w:r w:rsidRPr="005035CC">
        <w:rPr>
          <w:lang w:val="pl-PL"/>
        </w:rPr>
        <w:t>☐ Uzyskałem certyfikat WBN i umieściłem tablicę rekomendacyjną.</w:t>
      </w:r>
    </w:p>
    <w:p w14:paraId="3D66CD25" w14:textId="77777777" w:rsidR="0041365B" w:rsidRPr="005035CC" w:rsidRDefault="00000000">
      <w:pPr>
        <w:rPr>
          <w:lang w:val="pl-PL"/>
        </w:rPr>
      </w:pPr>
      <w:r w:rsidRPr="005035CC">
        <w:rPr>
          <w:lang w:val="pl-PL"/>
        </w:rPr>
        <w:t xml:space="preserve">☐ Utrzymuję członkostwo w organizacji </w:t>
      </w:r>
      <w:proofErr w:type="spellStart"/>
      <w:r w:rsidRPr="005035CC">
        <w:rPr>
          <w:lang w:val="pl-PL"/>
        </w:rPr>
        <w:t>kwaterodawców</w:t>
      </w:r>
      <w:proofErr w:type="spellEnd"/>
      <w:r w:rsidRPr="005035CC">
        <w:rPr>
          <w:lang w:val="pl-PL"/>
        </w:rPr>
        <w:t xml:space="preserve"> (min. 5 lat).</w:t>
      </w:r>
    </w:p>
    <w:p w14:paraId="0EE0C952" w14:textId="5FE0A483" w:rsidR="00ED4572" w:rsidRPr="005035CC" w:rsidRDefault="00000000">
      <w:pPr>
        <w:rPr>
          <w:lang w:val="pl-PL"/>
        </w:rPr>
      </w:pPr>
      <w:r w:rsidRPr="005035CC">
        <w:rPr>
          <w:lang w:val="pl-PL"/>
        </w:rPr>
        <w:t>☐ Utrzymuję działalność i efekty przez 5 lat od wypłaty pomocy.</w:t>
      </w:r>
    </w:p>
    <w:p w14:paraId="39F6C047" w14:textId="77777777" w:rsidR="0041365B" w:rsidRPr="005035CC" w:rsidRDefault="00000000">
      <w:pPr>
        <w:rPr>
          <w:lang w:val="pl-PL"/>
        </w:rPr>
      </w:pPr>
      <w:r w:rsidRPr="005035CC">
        <w:rPr>
          <w:lang w:val="pl-PL"/>
        </w:rPr>
        <w:t>☐ Wysłałem informację do SW na 3 mies. przed końcem okresu związania celem.</w:t>
      </w:r>
    </w:p>
    <w:p w14:paraId="4A3B3218" w14:textId="77777777" w:rsidR="0041365B" w:rsidRPr="005035CC" w:rsidRDefault="00000000">
      <w:pPr>
        <w:pStyle w:val="Nagwek2"/>
        <w:rPr>
          <w:lang w:val="pl-PL"/>
        </w:rPr>
      </w:pPr>
      <w:r w:rsidRPr="005035CC">
        <w:rPr>
          <w:lang w:val="pl-PL"/>
        </w:rPr>
        <w:t>6</w:t>
      </w:r>
      <w:r>
        <w:t>️</w:t>
      </w:r>
      <w:r w:rsidRPr="005035CC">
        <w:rPr>
          <w:lang w:val="pl-PL"/>
        </w:rPr>
        <w:t xml:space="preserve">⃣ Załączniki do </w:t>
      </w:r>
      <w:proofErr w:type="spellStart"/>
      <w:r w:rsidRPr="005035CC">
        <w:rPr>
          <w:lang w:val="pl-PL"/>
        </w:rPr>
        <w:t>WoPP</w:t>
      </w:r>
      <w:proofErr w:type="spellEnd"/>
    </w:p>
    <w:p w14:paraId="5BFD9570" w14:textId="77777777" w:rsidR="0041365B" w:rsidRPr="005035CC" w:rsidRDefault="00000000">
      <w:pPr>
        <w:rPr>
          <w:lang w:val="pl-PL"/>
        </w:rPr>
      </w:pPr>
      <w:r w:rsidRPr="005035CC">
        <w:rPr>
          <w:lang w:val="pl-PL"/>
        </w:rPr>
        <w:t>☐ Zaświadczenie o zameldowaniu (≥1 rok).</w:t>
      </w:r>
    </w:p>
    <w:p w14:paraId="2A5AD7E9" w14:textId="77777777" w:rsidR="0041365B" w:rsidRPr="005035CC" w:rsidRDefault="00000000">
      <w:pPr>
        <w:rPr>
          <w:lang w:val="pl-PL"/>
        </w:rPr>
      </w:pPr>
      <w:r w:rsidRPr="005035CC">
        <w:rPr>
          <w:lang w:val="pl-PL"/>
        </w:rPr>
        <w:t>☐ Oświadczenia o statusie rolnika/małżonka/domownika, o nieprowadzeniu najmu.</w:t>
      </w:r>
    </w:p>
    <w:p w14:paraId="7A19C089" w14:textId="77777777" w:rsidR="0041365B" w:rsidRPr="005035CC" w:rsidRDefault="00000000">
      <w:pPr>
        <w:rPr>
          <w:lang w:val="pl-PL"/>
        </w:rPr>
      </w:pPr>
      <w:r w:rsidRPr="005035CC">
        <w:rPr>
          <w:lang w:val="pl-PL"/>
        </w:rPr>
        <w:t>☐ Tytuł prawny do nieruchomości + oświadczenie właściciela (zał. 2).</w:t>
      </w:r>
    </w:p>
    <w:p w14:paraId="48FC3F21" w14:textId="77777777" w:rsidR="0041365B" w:rsidRPr="005035CC" w:rsidRDefault="00000000">
      <w:pPr>
        <w:rPr>
          <w:lang w:val="pl-PL"/>
        </w:rPr>
      </w:pPr>
      <w:r w:rsidRPr="005035CC">
        <w:rPr>
          <w:lang w:val="pl-PL"/>
        </w:rPr>
        <w:t>☐ Uproszczony biznesplan (zał. 11).</w:t>
      </w:r>
    </w:p>
    <w:p w14:paraId="100EBC78" w14:textId="77777777" w:rsidR="0041365B" w:rsidRPr="005035CC" w:rsidRDefault="00000000">
      <w:pPr>
        <w:rPr>
          <w:lang w:val="pl-PL"/>
        </w:rPr>
      </w:pPr>
      <w:r w:rsidRPr="005035CC">
        <w:rPr>
          <w:lang w:val="pl-PL"/>
        </w:rPr>
        <w:t>☐ Koncepcja wdrożenia WBN.</w:t>
      </w:r>
    </w:p>
    <w:p w14:paraId="2060F527" w14:textId="206B9A15" w:rsidR="0041365B" w:rsidRPr="005035CC" w:rsidRDefault="00000000">
      <w:pPr>
        <w:rPr>
          <w:lang w:val="pl-PL"/>
        </w:rPr>
      </w:pPr>
      <w:r w:rsidRPr="005035CC">
        <w:rPr>
          <w:lang w:val="pl-PL"/>
        </w:rPr>
        <w:t>☐ Oferty i kalkulacje kosztów.</w:t>
      </w:r>
      <w:r w:rsidR="002F5D04">
        <w:rPr>
          <w:lang w:val="pl-PL"/>
        </w:rPr>
        <w:t xml:space="preserve"> (oferta +2 kontroferty do każdej pozycji lub kosztorys)</w:t>
      </w:r>
    </w:p>
    <w:p w14:paraId="42A99D6E" w14:textId="4B8BC1F7" w:rsidR="0041365B" w:rsidRPr="005035CC" w:rsidRDefault="00000000">
      <w:pPr>
        <w:rPr>
          <w:lang w:val="pl-PL"/>
        </w:rPr>
      </w:pPr>
      <w:r w:rsidRPr="005035CC">
        <w:rPr>
          <w:lang w:val="pl-PL"/>
        </w:rPr>
        <w:t xml:space="preserve">☐ Dokumenty do kryteriów </w:t>
      </w:r>
      <w:r w:rsidR="00336816">
        <w:rPr>
          <w:lang w:val="pl-PL"/>
        </w:rPr>
        <w:t xml:space="preserve">oceny -wypełniona </w:t>
      </w:r>
      <w:hyperlink r:id="rId6" w:tooltip="Pobierz ten plik" w:history="1">
        <w:r w:rsidR="00443707" w:rsidRPr="00443707">
          <w:rPr>
            <w:rStyle w:val="Hipercze"/>
            <w:b/>
            <w:bCs/>
            <w:lang w:val="pl-PL"/>
          </w:rPr>
          <w:t xml:space="preserve">Załącznik nr 17 </w:t>
        </w:r>
        <w:proofErr w:type="spellStart"/>
        <w:r w:rsidR="00443707" w:rsidRPr="00443707">
          <w:rPr>
            <w:rStyle w:val="Hipercze"/>
            <w:b/>
            <w:bCs/>
            <w:lang w:val="pl-PL"/>
          </w:rPr>
          <w:t>Checklista_oceny_kryteria_PS_WPR</w:t>
        </w:r>
        <w:proofErr w:type="spellEnd"/>
        <w:r w:rsidR="00443707" w:rsidRPr="00443707">
          <w:rPr>
            <w:rStyle w:val="Hipercze"/>
            <w:b/>
            <w:bCs/>
            <w:lang w:val="pl-PL"/>
          </w:rPr>
          <w:t> </w:t>
        </w:r>
      </w:hyperlink>
      <w:r w:rsidR="00443707" w:rsidRPr="00443707">
        <w:rPr>
          <w:lang w:val="pl-PL"/>
        </w:rPr>
        <w:t xml:space="preserve"> </w:t>
      </w:r>
      <w:r w:rsidR="00443707">
        <w:rPr>
          <w:lang w:val="pl-PL"/>
        </w:rPr>
        <w:t xml:space="preserve"> oraz potwierdzające </w:t>
      </w:r>
      <w:r w:rsidRPr="005035CC">
        <w:rPr>
          <w:lang w:val="pl-PL"/>
        </w:rPr>
        <w:t xml:space="preserve">(innowacyjność, </w:t>
      </w:r>
      <w:r w:rsidR="00336816">
        <w:rPr>
          <w:lang w:val="pl-PL"/>
        </w:rPr>
        <w:t>z</w:t>
      </w:r>
      <w:r w:rsidRPr="005035CC">
        <w:rPr>
          <w:lang w:val="pl-PL"/>
        </w:rPr>
        <w:t>integr</w:t>
      </w:r>
      <w:r w:rsidR="00336816">
        <w:rPr>
          <w:lang w:val="pl-PL"/>
        </w:rPr>
        <w:t>owanie</w:t>
      </w:r>
      <w:r w:rsidRPr="005035CC">
        <w:rPr>
          <w:lang w:val="pl-PL"/>
        </w:rPr>
        <w:t xml:space="preserve">, </w:t>
      </w:r>
      <w:r w:rsidR="00336816">
        <w:rPr>
          <w:lang w:val="pl-PL"/>
        </w:rPr>
        <w:t>komplementarność</w:t>
      </w:r>
      <w:r w:rsidRPr="005035CC">
        <w:rPr>
          <w:lang w:val="pl-PL"/>
        </w:rPr>
        <w:t>).</w:t>
      </w:r>
      <w:r w:rsidR="002F5D04" w:rsidRPr="002F5D04">
        <w:rPr>
          <w:lang w:val="pl-PL"/>
        </w:rPr>
        <w:t xml:space="preserve"> </w:t>
      </w:r>
      <w:r w:rsidR="002F5D04">
        <w:rPr>
          <w:lang w:val="pl-PL"/>
        </w:rPr>
        <w:t>Wpisałem informacje niezbędne do oceny wniosku i nadania punktów wg lokalnych kryteriów wyboru.</w:t>
      </w:r>
    </w:p>
    <w:p w14:paraId="00094AA6" w14:textId="77777777" w:rsidR="0041365B" w:rsidRPr="005035CC" w:rsidRDefault="00000000">
      <w:pPr>
        <w:rPr>
          <w:lang w:val="pl-PL"/>
        </w:rPr>
      </w:pPr>
      <w:r w:rsidRPr="005035CC">
        <w:rPr>
          <w:lang w:val="pl-PL"/>
        </w:rPr>
        <w:t>☐ Oświadczenie o kwalifikowalności VAT (zał. 3).</w:t>
      </w:r>
    </w:p>
    <w:p w14:paraId="7F8172EE" w14:textId="77777777" w:rsidR="0041365B" w:rsidRPr="005035CC" w:rsidRDefault="00000000">
      <w:pPr>
        <w:rPr>
          <w:lang w:val="pl-PL"/>
        </w:rPr>
      </w:pPr>
      <w:r w:rsidRPr="005035CC">
        <w:rPr>
          <w:lang w:val="pl-PL"/>
        </w:rPr>
        <w:t>☐ Wykaz działek (zał. 14).</w:t>
      </w:r>
    </w:p>
    <w:p w14:paraId="2423103F" w14:textId="77777777" w:rsidR="0041365B" w:rsidRPr="005035CC" w:rsidRDefault="00000000">
      <w:pPr>
        <w:rPr>
          <w:lang w:val="pl-PL"/>
        </w:rPr>
      </w:pPr>
      <w:r w:rsidRPr="005035CC">
        <w:rPr>
          <w:lang w:val="pl-PL"/>
        </w:rPr>
        <w:t>☐ Informacja o przetwarzaniu danych osobowych (zał. 7/13).</w:t>
      </w:r>
    </w:p>
    <w:p w14:paraId="703304D8" w14:textId="77777777" w:rsidR="0041365B" w:rsidRPr="005035CC" w:rsidRDefault="00000000">
      <w:pPr>
        <w:pStyle w:val="Nagwek2"/>
        <w:rPr>
          <w:lang w:val="pl-PL"/>
        </w:rPr>
      </w:pPr>
      <w:r w:rsidRPr="005035CC">
        <w:rPr>
          <w:lang w:val="pl-PL"/>
        </w:rPr>
        <w:t>7</w:t>
      </w:r>
      <w:r>
        <w:t>️</w:t>
      </w:r>
      <w:r w:rsidRPr="005035CC">
        <w:rPr>
          <w:lang w:val="pl-PL"/>
        </w:rPr>
        <w:t>⃣ Punkty kontrolne (kryteria wyboru)</w:t>
      </w:r>
    </w:p>
    <w:p w14:paraId="704DC901" w14:textId="61BA1F3D" w:rsidR="0041365B" w:rsidRPr="005035CC" w:rsidRDefault="00000000">
      <w:pPr>
        <w:rPr>
          <w:lang w:val="pl-PL"/>
        </w:rPr>
      </w:pPr>
      <w:r w:rsidRPr="005035CC">
        <w:rPr>
          <w:lang w:val="pl-PL"/>
        </w:rPr>
        <w:t xml:space="preserve">☐ Uzyskałem min. </w:t>
      </w:r>
      <w:r w:rsidR="00B912E4">
        <w:rPr>
          <w:lang w:val="pl-PL"/>
        </w:rPr>
        <w:t>14</w:t>
      </w:r>
      <w:r w:rsidRPr="005035CC">
        <w:rPr>
          <w:lang w:val="pl-PL"/>
        </w:rPr>
        <w:t xml:space="preserve"> pkt </w:t>
      </w:r>
    </w:p>
    <w:p w14:paraId="732512FC" w14:textId="2B6CDF07" w:rsidR="0041365B" w:rsidRPr="005035CC" w:rsidRDefault="00000000">
      <w:pPr>
        <w:rPr>
          <w:lang w:val="pl-PL"/>
        </w:rPr>
      </w:pPr>
      <w:r w:rsidRPr="005035CC">
        <w:rPr>
          <w:lang w:val="pl-PL"/>
        </w:rPr>
        <w:t>☐ Skorzystałem z doradztwa LGD.</w:t>
      </w:r>
    </w:p>
    <w:p w14:paraId="705655D7" w14:textId="562B1867" w:rsidR="0041365B" w:rsidRPr="005035CC" w:rsidRDefault="00000000">
      <w:pPr>
        <w:rPr>
          <w:lang w:val="pl-PL"/>
        </w:rPr>
      </w:pPr>
      <w:r w:rsidRPr="005035CC">
        <w:rPr>
          <w:lang w:val="pl-PL"/>
        </w:rPr>
        <w:t>☐ Wkład własny powyżej minimum.</w:t>
      </w:r>
    </w:p>
    <w:p w14:paraId="657F9E64" w14:textId="22AA48FC" w:rsidR="0041365B" w:rsidRPr="005035CC" w:rsidRDefault="00000000" w:rsidP="002F5D04">
      <w:pPr>
        <w:rPr>
          <w:lang w:val="pl-PL"/>
        </w:rPr>
      </w:pPr>
      <w:r w:rsidRPr="005035CC">
        <w:rPr>
          <w:lang w:val="pl-PL"/>
        </w:rPr>
        <w:lastRenderedPageBreak/>
        <w:t>☐ Operacja obejmuje nowe atrakcje czasu wolnego.</w:t>
      </w:r>
    </w:p>
    <w:p w14:paraId="6BEC5138" w14:textId="0320CDA8" w:rsidR="0041365B" w:rsidRPr="005035CC" w:rsidRDefault="00000000">
      <w:pPr>
        <w:pStyle w:val="Nagwek2"/>
        <w:rPr>
          <w:lang w:val="pl-PL"/>
        </w:rPr>
      </w:pPr>
      <w:r w:rsidRPr="005035CC">
        <w:rPr>
          <w:lang w:val="pl-PL"/>
        </w:rPr>
        <w:t>8</w:t>
      </w:r>
      <w:r>
        <w:t>️</w:t>
      </w:r>
      <w:r w:rsidRPr="005035CC">
        <w:rPr>
          <w:lang w:val="pl-PL"/>
        </w:rPr>
        <w:t xml:space="preserve">⃣ Pozwolenia/zgłoszenia i dokumenty </w:t>
      </w:r>
      <w:r w:rsidR="00443707">
        <w:rPr>
          <w:lang w:val="pl-PL"/>
        </w:rPr>
        <w:t xml:space="preserve">wymagane do wsparcia w projekcie budowy lub remontu budynków </w:t>
      </w:r>
    </w:p>
    <w:p w14:paraId="63F4CAF3" w14:textId="77777777" w:rsidR="0041365B" w:rsidRPr="005035CC" w:rsidRDefault="00000000">
      <w:pPr>
        <w:rPr>
          <w:lang w:val="pl-PL"/>
        </w:rPr>
      </w:pPr>
      <w:r w:rsidRPr="005035CC">
        <w:rPr>
          <w:lang w:val="pl-PL"/>
        </w:rPr>
        <w:t>☐ Zakres inwestycji zgodny z wnioskiem do organów budowlanych.</w:t>
      </w:r>
    </w:p>
    <w:p w14:paraId="411AC4FD" w14:textId="77777777" w:rsidR="0041365B" w:rsidRPr="005035CC" w:rsidRDefault="00000000">
      <w:pPr>
        <w:rPr>
          <w:lang w:val="pl-PL"/>
        </w:rPr>
      </w:pPr>
      <w:r w:rsidRPr="005035CC">
        <w:rPr>
          <w:lang w:val="pl-PL"/>
        </w:rPr>
        <w:t xml:space="preserve">☐ Decyzja o pozwoleniu na budowę / zgłoszenie robót / brak konieczności </w:t>
      </w:r>
      <w:proofErr w:type="spellStart"/>
      <w:r w:rsidRPr="005035CC">
        <w:rPr>
          <w:lang w:val="pl-PL"/>
        </w:rPr>
        <w:t>PnB</w:t>
      </w:r>
      <w:proofErr w:type="spellEnd"/>
      <w:r w:rsidRPr="005035CC">
        <w:rPr>
          <w:lang w:val="pl-PL"/>
        </w:rPr>
        <w:t>.</w:t>
      </w:r>
    </w:p>
    <w:p w14:paraId="3B03E94A" w14:textId="77777777" w:rsidR="0041365B" w:rsidRPr="005035CC" w:rsidRDefault="00000000">
      <w:pPr>
        <w:rPr>
          <w:lang w:val="pl-PL"/>
        </w:rPr>
      </w:pPr>
      <w:r w:rsidRPr="005035CC">
        <w:rPr>
          <w:lang w:val="pl-PL"/>
        </w:rPr>
        <w:t>☐ Kosztorys inwestorski (pełny lub uproszczony).</w:t>
      </w:r>
    </w:p>
    <w:p w14:paraId="20198B62" w14:textId="77777777" w:rsidR="0041365B" w:rsidRPr="005035CC" w:rsidRDefault="00000000">
      <w:pPr>
        <w:rPr>
          <w:lang w:val="pl-PL"/>
        </w:rPr>
      </w:pPr>
      <w:r w:rsidRPr="005035CC">
        <w:rPr>
          <w:lang w:val="pl-PL"/>
        </w:rPr>
        <w:t>☐ Mapy, szkice, rysunki charakterystyczne – z wymiarami i lokalizacją.</w:t>
      </w:r>
    </w:p>
    <w:p w14:paraId="0F04FDBB" w14:textId="77777777" w:rsidR="0041365B" w:rsidRPr="005035CC" w:rsidRDefault="00000000">
      <w:pPr>
        <w:rPr>
          <w:lang w:val="pl-PL"/>
        </w:rPr>
      </w:pPr>
      <w:r w:rsidRPr="005035CC">
        <w:rPr>
          <w:lang w:val="pl-PL"/>
        </w:rPr>
        <w:t xml:space="preserve">☐ Projekt budowlany (zagospodarowanie, arch.-bud., techniczny) – z adnotacją o </w:t>
      </w:r>
      <w:proofErr w:type="spellStart"/>
      <w:r w:rsidRPr="005035CC">
        <w:rPr>
          <w:lang w:val="pl-PL"/>
        </w:rPr>
        <w:t>PnB</w:t>
      </w:r>
      <w:proofErr w:type="spellEnd"/>
      <w:r w:rsidRPr="005035CC">
        <w:rPr>
          <w:lang w:val="pl-PL"/>
        </w:rPr>
        <w:t>.</w:t>
      </w:r>
    </w:p>
    <w:p w14:paraId="4D869B37" w14:textId="3CBDD00E" w:rsidR="0041365B" w:rsidRPr="005035CC" w:rsidRDefault="00000000">
      <w:pPr>
        <w:rPr>
          <w:lang w:val="pl-PL"/>
        </w:rPr>
      </w:pPr>
      <w:r w:rsidRPr="005035CC">
        <w:rPr>
          <w:lang w:val="pl-PL"/>
        </w:rPr>
        <w:t>☐ Zgłoszenie zmiany sposobu użytkowania (art. 71 Pb) – kompletne</w:t>
      </w:r>
      <w:r w:rsidR="00443707">
        <w:rPr>
          <w:lang w:val="pl-PL"/>
        </w:rPr>
        <w:t xml:space="preserve"> - </w:t>
      </w:r>
      <w:r w:rsidR="00443707" w:rsidRPr="005035CC">
        <w:rPr>
          <w:lang w:val="pl-PL"/>
        </w:rPr>
        <w:t>(jeśli dotyczy)</w:t>
      </w:r>
      <w:r w:rsidRPr="005035CC">
        <w:rPr>
          <w:lang w:val="pl-PL"/>
        </w:rPr>
        <w:t>.</w:t>
      </w:r>
    </w:p>
    <w:p w14:paraId="3FFD743B" w14:textId="77777777" w:rsidR="0041365B" w:rsidRPr="005035CC" w:rsidRDefault="00000000">
      <w:pPr>
        <w:rPr>
          <w:lang w:val="pl-PL"/>
        </w:rPr>
      </w:pPr>
      <w:r w:rsidRPr="005035CC">
        <w:rPr>
          <w:lang w:val="pl-PL"/>
        </w:rPr>
        <w:t xml:space="preserve">☐ Aktualność </w:t>
      </w:r>
      <w:proofErr w:type="spellStart"/>
      <w:r w:rsidRPr="005035CC">
        <w:rPr>
          <w:lang w:val="pl-PL"/>
        </w:rPr>
        <w:t>PnB</w:t>
      </w:r>
      <w:proofErr w:type="spellEnd"/>
      <w:r w:rsidRPr="005035CC">
        <w:rPr>
          <w:lang w:val="pl-PL"/>
        </w:rPr>
        <w:t xml:space="preserve"> – poświadczenie (jeśli starsze niż 3 lata).</w:t>
      </w:r>
    </w:p>
    <w:p w14:paraId="7960E0CF" w14:textId="77777777" w:rsidR="0041365B" w:rsidRDefault="00000000">
      <w:pPr>
        <w:rPr>
          <w:lang w:val="pl-PL"/>
        </w:rPr>
      </w:pPr>
      <w:r w:rsidRPr="005035CC">
        <w:rPr>
          <w:lang w:val="pl-PL"/>
        </w:rPr>
        <w:t>☐ Zgłoszenie robót – potwierdzenie złożenia i oświadczenie o braku sprzeciwu.</w:t>
      </w:r>
    </w:p>
    <w:p w14:paraId="2948451C" w14:textId="1D8EEEB0" w:rsidR="00443707" w:rsidRPr="005035CC" w:rsidRDefault="00443707">
      <w:pPr>
        <w:rPr>
          <w:lang w:val="pl-PL"/>
        </w:rPr>
      </w:pPr>
      <w:r>
        <w:rPr>
          <w:lang w:val="pl-PL"/>
        </w:rPr>
        <w:t>Dodatkowo</w:t>
      </w:r>
      <w:r w:rsidR="008E3092">
        <w:rPr>
          <w:lang w:val="pl-PL"/>
        </w:rPr>
        <w:t>:</w:t>
      </w:r>
    </w:p>
    <w:p w14:paraId="149D5C30" w14:textId="77777777" w:rsidR="0041365B" w:rsidRPr="005035CC" w:rsidRDefault="00000000">
      <w:pPr>
        <w:rPr>
          <w:lang w:val="pl-PL"/>
        </w:rPr>
      </w:pPr>
      <w:r w:rsidRPr="005035CC">
        <w:rPr>
          <w:lang w:val="pl-PL"/>
        </w:rPr>
        <w:t>☐ Decyzja środowiskowa lub dokument o braku obowiązku.</w:t>
      </w:r>
    </w:p>
    <w:p w14:paraId="73E661FE" w14:textId="77777777" w:rsidR="0041365B" w:rsidRPr="005035CC" w:rsidRDefault="00000000">
      <w:pPr>
        <w:rPr>
          <w:lang w:val="pl-PL"/>
        </w:rPr>
      </w:pPr>
      <w:r w:rsidRPr="005035CC">
        <w:rPr>
          <w:lang w:val="pl-PL"/>
        </w:rPr>
        <w:t>☐ Pozwolenie konserwatorskie (jeśli dotyczy zabytków).</w:t>
      </w:r>
    </w:p>
    <w:p w14:paraId="684A5531" w14:textId="77777777" w:rsidR="0041365B" w:rsidRPr="005035CC" w:rsidRDefault="00000000">
      <w:pPr>
        <w:rPr>
          <w:lang w:val="pl-PL"/>
        </w:rPr>
      </w:pPr>
      <w:r w:rsidRPr="005035CC">
        <w:rPr>
          <w:lang w:val="pl-PL"/>
        </w:rPr>
        <w:t>☐ Pozwolenie wodnoprawne (jeśli dotyczy).</w:t>
      </w:r>
    </w:p>
    <w:p w14:paraId="06B325D3" w14:textId="77777777" w:rsidR="0041365B" w:rsidRPr="005035CC" w:rsidRDefault="00000000">
      <w:pPr>
        <w:rPr>
          <w:lang w:val="pl-PL"/>
        </w:rPr>
      </w:pPr>
      <w:r w:rsidRPr="005035CC">
        <w:rPr>
          <w:lang w:val="pl-PL"/>
        </w:rPr>
        <w:t>☐ Decyzja Powiatowego Lekarza Weterynarii (jeśli dotyczy).</w:t>
      </w:r>
    </w:p>
    <w:p w14:paraId="21BECE25" w14:textId="77777777" w:rsidR="0041365B" w:rsidRPr="005035CC" w:rsidRDefault="00000000">
      <w:pPr>
        <w:rPr>
          <w:lang w:val="pl-PL"/>
        </w:rPr>
      </w:pPr>
      <w:r w:rsidRPr="005035CC">
        <w:rPr>
          <w:lang w:val="pl-PL"/>
        </w:rPr>
        <w:t>☐ Opinia/Decyzja Powiatowego Inspektora Sanitarnego (jeśli dotyczy).</w:t>
      </w:r>
    </w:p>
    <w:p w14:paraId="2FF727A7" w14:textId="77777777" w:rsidR="0041365B" w:rsidRDefault="00000000">
      <w:pPr>
        <w:rPr>
          <w:lang w:val="pl-PL"/>
        </w:rPr>
      </w:pPr>
      <w:r w:rsidRPr="005035CC">
        <w:rPr>
          <w:lang w:val="pl-PL"/>
        </w:rPr>
        <w:t>☐ Zaświadczenie o wpisie do ewidencji innych obiektów hotelarskich (jeśli dotyczy).</w:t>
      </w:r>
    </w:p>
    <w:p w14:paraId="0C3D312C" w14:textId="7A6DDAE8" w:rsidR="0034475E" w:rsidRPr="0034475E" w:rsidRDefault="0034475E" w:rsidP="0034475E">
      <w:pPr>
        <w:pStyle w:val="Nagwek1"/>
        <w:rPr>
          <w:lang w:val="pl-PL"/>
        </w:rPr>
      </w:pPr>
      <w:r>
        <w:rPr>
          <w:lang w:val="pl-PL"/>
        </w:rPr>
        <w:t xml:space="preserve">9 </w:t>
      </w:r>
      <w:r w:rsidRPr="0034475E">
        <w:rPr>
          <w:lang w:val="pl-PL"/>
        </w:rPr>
        <w:t>Dostępność w gospodarstwie agroturystycznym (Start GA)</w:t>
      </w:r>
    </w:p>
    <w:p w14:paraId="2294116B" w14:textId="77777777" w:rsidR="0034475E" w:rsidRPr="0034475E" w:rsidRDefault="0034475E" w:rsidP="0034475E">
      <w:pPr>
        <w:rPr>
          <w:lang w:val="pl-PL"/>
        </w:rPr>
      </w:pPr>
      <w:r w:rsidRPr="0034475E">
        <w:rPr>
          <w:lang w:val="pl-PL"/>
        </w:rPr>
        <w:t>Sekcja kontrolna – zgodność z zasadą równości szans i dostępności w ramach interwencji 'start GA'.</w:t>
      </w:r>
      <w:r w:rsidRPr="0034475E">
        <w:rPr>
          <w:lang w:val="pl-PL"/>
        </w:rPr>
        <w:br/>
      </w:r>
    </w:p>
    <w:p w14:paraId="256D04B3" w14:textId="77777777" w:rsidR="0034475E" w:rsidRPr="0034475E" w:rsidRDefault="0034475E" w:rsidP="0034475E">
      <w:pPr>
        <w:rPr>
          <w:lang w:val="pl-PL"/>
        </w:rPr>
      </w:pPr>
      <w:r w:rsidRPr="0034475E">
        <w:rPr>
          <w:lang w:val="pl-PL"/>
        </w:rPr>
        <w:t>☐ Projekt uwzględnia zasadę równości szans i niedyskryminacji, w tym dostępność dla osób z niepełnosprawnościami.</w:t>
      </w:r>
    </w:p>
    <w:p w14:paraId="6259FDCC" w14:textId="77777777" w:rsidR="0034475E" w:rsidRPr="0034475E" w:rsidRDefault="0034475E" w:rsidP="0034475E">
      <w:pPr>
        <w:rPr>
          <w:lang w:val="pl-PL"/>
        </w:rPr>
      </w:pPr>
      <w:r w:rsidRPr="0034475E">
        <w:rPr>
          <w:lang w:val="pl-PL"/>
        </w:rPr>
        <w:t>☐ Zaplanowano możliwe do wykonania rozwiązania ułatwiające dostęp (np. pokój na parterze, podjazd, barierka, szerokie drzwi).</w:t>
      </w:r>
    </w:p>
    <w:p w14:paraId="316A72D9" w14:textId="77777777" w:rsidR="0034475E" w:rsidRPr="0034475E" w:rsidRDefault="0034475E" w:rsidP="0034475E">
      <w:pPr>
        <w:rPr>
          <w:lang w:val="pl-PL"/>
        </w:rPr>
      </w:pPr>
      <w:r w:rsidRPr="0034475E">
        <w:rPr>
          <w:lang w:val="pl-PL"/>
        </w:rPr>
        <w:lastRenderedPageBreak/>
        <w:t>☐ Nie wyklucza się osób z niepełnosprawnościami z korzystania z usług agroturystycznych.</w:t>
      </w:r>
    </w:p>
    <w:p w14:paraId="5BC4AC59" w14:textId="77777777" w:rsidR="0034475E" w:rsidRPr="0034475E" w:rsidRDefault="0034475E" w:rsidP="0034475E">
      <w:pPr>
        <w:rPr>
          <w:lang w:val="pl-PL"/>
        </w:rPr>
      </w:pPr>
      <w:r w:rsidRPr="0034475E">
        <w:rPr>
          <w:lang w:val="pl-PL"/>
        </w:rPr>
        <w:t>☐ Uwzględniono oznakowanie i oświetlenie ułatwiające poruszanie się po obiekcie.</w:t>
      </w:r>
    </w:p>
    <w:p w14:paraId="2314B10B" w14:textId="77777777" w:rsidR="0034475E" w:rsidRPr="0034475E" w:rsidRDefault="0034475E" w:rsidP="0034475E">
      <w:pPr>
        <w:rPr>
          <w:lang w:val="pl-PL"/>
        </w:rPr>
      </w:pPr>
      <w:r w:rsidRPr="0034475E">
        <w:rPr>
          <w:lang w:val="pl-PL"/>
        </w:rPr>
        <w:t>☐ Jeżeli budynek wymaga pozwolenia na budowę, projekt uwzględnia wymogi art. 5 ust. 1 pkt 4 Prawa budowlanego w zakresie dostępności.</w:t>
      </w:r>
    </w:p>
    <w:p w14:paraId="6BD8BD3F" w14:textId="77777777" w:rsidR="0034475E" w:rsidRPr="0034475E" w:rsidRDefault="0034475E" w:rsidP="0034475E">
      <w:pPr>
        <w:rPr>
          <w:lang w:val="pl-PL"/>
        </w:rPr>
      </w:pPr>
      <w:r w:rsidRPr="0034475E">
        <w:rPr>
          <w:lang w:val="pl-PL"/>
        </w:rPr>
        <w:t>☐ Zapewniono proporcjonalność – dostosowania są adekwatne do charakteru i funkcji gospodarstwa.</w:t>
      </w:r>
    </w:p>
    <w:p w14:paraId="74E11A50" w14:textId="77777777" w:rsidR="0034475E" w:rsidRPr="0034475E" w:rsidRDefault="0034475E" w:rsidP="0034475E">
      <w:pPr>
        <w:rPr>
          <w:lang w:val="pl-PL"/>
        </w:rPr>
      </w:pPr>
      <w:r w:rsidRPr="0034475E">
        <w:rPr>
          <w:lang w:val="pl-PL"/>
        </w:rPr>
        <w:t>☐ W przypadku uzyskania kategoryzacji WBN – wzięto pod uwagę kryteria jakości dotyczące komfortu i dostępności gości.</w:t>
      </w:r>
    </w:p>
    <w:p w14:paraId="77C64475" w14:textId="77777777" w:rsidR="0034475E" w:rsidRPr="005035CC" w:rsidRDefault="0034475E">
      <w:pPr>
        <w:rPr>
          <w:lang w:val="pl-PL"/>
        </w:rPr>
      </w:pPr>
    </w:p>
    <w:p w14:paraId="147C5D40" w14:textId="77777777" w:rsidR="008E3092" w:rsidRPr="002F5D04" w:rsidRDefault="00000000">
      <w:pPr>
        <w:rPr>
          <w:lang w:val="pl-PL"/>
        </w:rPr>
      </w:pPr>
      <w:r w:rsidRPr="005035CC">
        <w:rPr>
          <w:lang w:val="pl-PL"/>
        </w:rPr>
        <w:br/>
      </w:r>
    </w:p>
    <w:p w14:paraId="37B8ECB6" w14:textId="0F67999A" w:rsidR="0041365B" w:rsidRDefault="00000000">
      <w:proofErr w:type="spellStart"/>
      <w:r>
        <w:t>Podpis</w:t>
      </w:r>
      <w:proofErr w:type="spellEnd"/>
      <w:r>
        <w:t xml:space="preserve"> </w:t>
      </w:r>
      <w:proofErr w:type="spellStart"/>
      <w:r>
        <w:t>wnioskodawcy</w:t>
      </w:r>
      <w:proofErr w:type="spellEnd"/>
      <w:r>
        <w:t>: ____________________________</w:t>
      </w:r>
    </w:p>
    <w:p w14:paraId="70066459" w14:textId="77777777" w:rsidR="0034475E" w:rsidRDefault="0034475E"/>
    <w:p w14:paraId="4C5DE10D" w14:textId="77777777" w:rsidR="0041365B" w:rsidRDefault="00000000">
      <w:r>
        <w:t xml:space="preserve">Data </w:t>
      </w:r>
      <w:proofErr w:type="spellStart"/>
      <w:r>
        <w:t>weryfikacji</w:t>
      </w:r>
      <w:proofErr w:type="spellEnd"/>
      <w:r>
        <w:t>: ________________________________</w:t>
      </w:r>
    </w:p>
    <w:sectPr w:rsidR="0041365B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1F812D5"/>
    <w:multiLevelType w:val="hybridMultilevel"/>
    <w:tmpl w:val="EAF8B1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3357BA5"/>
    <w:multiLevelType w:val="hybridMultilevel"/>
    <w:tmpl w:val="9CC489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9562701">
    <w:abstractNumId w:val="8"/>
  </w:num>
  <w:num w:numId="2" w16cid:durableId="1939370558">
    <w:abstractNumId w:val="6"/>
  </w:num>
  <w:num w:numId="3" w16cid:durableId="702903815">
    <w:abstractNumId w:val="5"/>
  </w:num>
  <w:num w:numId="4" w16cid:durableId="238368978">
    <w:abstractNumId w:val="4"/>
  </w:num>
  <w:num w:numId="5" w16cid:durableId="1150319233">
    <w:abstractNumId w:val="7"/>
  </w:num>
  <w:num w:numId="6" w16cid:durableId="1374159402">
    <w:abstractNumId w:val="3"/>
  </w:num>
  <w:num w:numId="7" w16cid:durableId="939796045">
    <w:abstractNumId w:val="2"/>
  </w:num>
  <w:num w:numId="8" w16cid:durableId="1087112038">
    <w:abstractNumId w:val="1"/>
  </w:num>
  <w:num w:numId="9" w16cid:durableId="1147671320">
    <w:abstractNumId w:val="0"/>
  </w:num>
  <w:num w:numId="10" w16cid:durableId="649795708">
    <w:abstractNumId w:val="9"/>
  </w:num>
  <w:num w:numId="11" w16cid:durableId="4025029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2E4B4D"/>
    <w:rsid w:val="002F5D04"/>
    <w:rsid w:val="00326F90"/>
    <w:rsid w:val="00336816"/>
    <w:rsid w:val="0034475E"/>
    <w:rsid w:val="0041365B"/>
    <w:rsid w:val="00443707"/>
    <w:rsid w:val="00457C62"/>
    <w:rsid w:val="005035CC"/>
    <w:rsid w:val="007B7AD3"/>
    <w:rsid w:val="008E3092"/>
    <w:rsid w:val="00A5047B"/>
    <w:rsid w:val="00AA1D8D"/>
    <w:rsid w:val="00B47730"/>
    <w:rsid w:val="00B912E4"/>
    <w:rsid w:val="00CB0664"/>
    <w:rsid w:val="00ED457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04DA9CE"/>
  <w14:defaultImageDpi w14:val="300"/>
  <w15:docId w15:val="{852C220A-F578-4C08-B60E-171C2E91A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ipercze">
    <w:name w:val="Hyperlink"/>
    <w:basedOn w:val="Domylnaczcionkaakapitu"/>
    <w:uiPriority w:val="99"/>
    <w:unhideWhenUsed/>
    <w:rsid w:val="0044370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437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su-se.pl/publications/files/download/1977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973</Words>
  <Characters>5840</Characters>
  <Application>Microsoft Office Word</Application>
  <DocSecurity>0</DocSecurity>
  <Lines>48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6800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Suwalsko Sejnenska</cp:lastModifiedBy>
  <cp:revision>2</cp:revision>
  <dcterms:created xsi:type="dcterms:W3CDTF">2026-04-28T06:45:00Z</dcterms:created>
  <dcterms:modified xsi:type="dcterms:W3CDTF">2026-04-28T06:45:00Z</dcterms:modified>
  <cp:category/>
</cp:coreProperties>
</file>